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אוכל בין-לאומי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אינג'רה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בשר וירקות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הציגו את המאכל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 מתכונים של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אלכס הביא עוגת דבש מרוסיה, מרים הביאה את לחם האינג'רה.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שמופיע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מאפה קטן במילוי בשר וירקות.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(אוכלים אותו עם חמאה או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(משקה לבן ששותים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(מטגנים אותה לארוחת 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(ירק אדום ועגול)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שקונים בו 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מסביב לעולם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שם מאכל, רשימת מצרכים פשוטה ומשפט על מתי אוכלים אותו. יש לבדוק שימוש נכון במילות אוכל מהדף.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אינג'רה מאתיופיה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מתכונים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שם מאכל ושם מדינה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אוצר המילים בעזרת תמונות או חפצים אמיתיים.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מהנה: אפשר לבקש מהתלמידים לספר בעל פה על מאכל מהמשפחה שלהם.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יום אוכל בכיתה. כל תלמיד הביא אוכל מהארץ שלו. נלמד מילים חדשות על אוכל וקניות.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שאוכלים עם חמאה או גבינה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לבן ששותים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מטגנים אותה לארוחת 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עגבנייה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אדום ועגול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מלפפון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ירוק וארוך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אותו כדי לקנות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כסף ולקחת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מרים הביאה?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אינג'רה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אמפנדס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אלכס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בפנים האמפנדס?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בשר וירקות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לפני האוכל?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הציגו את המאכל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ציירו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שיחקו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הם כתבו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מתכונים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על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הביא לחם אינג'רה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עשו יום בשם יום אוכל מסביב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הביא מאכל מהארץ שממנה הוא הגיע.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אמפנדס הוא מאפה גדול במילוי שוקולד.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אלכס הביא עוגת דבש מרוסיה, ומרים הביאה __________ אינג'רה מאתיופיה.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שלנו __________ יום אוכל מסביב לעולם.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__________ הביא מהבית מאכל מהארץ שממנה הגיע.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כתבנו יחד ספר __________ של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ירק אדום ועגול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אוכלים אותו עם חמאה או גבינה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שקונים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מטגנים אותה לארוחת 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משקה לבן ששותים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מסביב לעולם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מאכל אוהבים במשפחה שלכם? כתבו מה צריך כדי להכין אותו ומתי אוכלים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המאכל שמרים הביאה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כתבו התלמידים בסוף הפעילות?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ומאיזו מדינה הוא.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