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יום אוכל בין-לאומי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אוכל וקניות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פשוטים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לחם אינג'רה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מרוסיה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בשר וירקות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הציגו את המאכל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ספר מתכונים של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אלכס הביא עוגת דבש מרוסיה, מרים הביאה את לחם האינג'רה.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השם שמופיע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מאפה קטן במילוי בשר וירקות.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מתכונים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(אוכלים אותו עם חמאה או גבינה)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(משקה לבן ששותים בבוקר)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(מטגנים אותה לארוחת 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(ירק אדום ועגול)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(מקום שקונים בו אוכל)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עשינו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יום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מסביב לעולם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כותבים שם מאכל, רשימת מצרכים פשוטה ומשפט על מתי אוכלים אותו. יש לבדוק שימוש נכון במילות אוכל מהדף.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לחם אינג'רה מאתיופיה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ספר מתכונים של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עם שם מאכל ושם מדינה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פעם נוספת לפני תחילת התרגול.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אוצר המילים בעזרת תמונות או חפצים אמיתיים.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למידה מהנה: אפשר לבקש מהתלמידים לספר בעל פה על מאכל מהמשפחה שלהם.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וטקסט על יום מיוחד בכיתה שבו כל תלמיד הביא מאכל מהארץ שלו.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הביאה מרים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עוגת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לחם אינג'רה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אמפנדס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הביא אלכס את עוגת הדבש?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בתוך האמפנדס?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בשר וירקות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עשו התלמידים לפני שטעמו מהמאכלים?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שרו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הציגו את המאכל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ציירו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שיחקו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כתבו התלמידים בסוף הפעילות?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לסבתא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מתכונים של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על אוכל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אלכס הביא לחם אינג'רה מאתיופיה.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 עשו יום בשם יום אוכל מסביב לעולם.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הביא מאכל מהארץ שממנה הוא הגיע.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אמפנדס הוא מאפה גדול במילוי שוקולד.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אלכס הביא עוגת דבש מרוסיה, ומרים הביאה __________ אינג'רה מאתיופיה.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בכיתה שלנו __________ יום אוכל מסביב לעולם.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__________ הביא מהבית מאכל מהארץ שממנה הגיע.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כתבנו יחד ספר __________ של הכיתה.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מטגנים אותה לארוחת 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שקונים בו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ירק אדום ועגול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עגבנייה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אוכלים אותו עם חמאה או גבינה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סופרמרקט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משקה לבן ששותים בבוקר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אוכל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מסביב לעולם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עשינו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מאכל אוהבים במשפחה שלכם? כתבו מה צריך כדי להכין אותו ומתי אוכלים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המאכל שמרים הביאה לכיתה?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כתבו התלמידים בסוף הפעילות?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מאכל אחד ומאיזו מדינה הוא.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אוכל וקניות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